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spacing w:after="360"/>
        <w:jc w:val="center"/>
      </w:pPr>
      <w:r>
        <w:rPr>
          <w:rFonts w:ascii="方正小标宋简体" w:hAnsi="方正小标宋简体" w:eastAsia="方正小标宋简体"/>
          <w:b/>
          <w:color w:val="17365D"/>
          <w:sz w:val="48"/>
        </w:rPr>
        <w:t>审查意见处理表</w:t>
      </w:r>
    </w:p>
    <w:p>
      <w:pPr>
        <w:jc w:val="center"/>
      </w:pPr>
      <w:r>
        <w:rPr>
          <w:rFonts w:ascii="宋体" w:hAnsi="宋体" w:eastAsia="宋体"/>
          <w:color w:val="5F6B78"/>
          <w:sz w:val="24"/>
        </w:rPr>
        <w:t>李运芳诉长沙科棚潮宗街商业管理有限公司排除妨害纠纷案</w:t>
      </w:r>
    </w:p>
    <w:p>
      <w:pPr>
        <w:spacing w:before="2800"/>
        <w:jc w:val="center"/>
      </w:pPr>
      <w:r>
        <w:rPr>
          <w:rFonts w:ascii="宋体" w:hAnsi="宋体" w:eastAsia="宋体"/>
          <w:color w:val="5F6B78"/>
          <w:sz w:val="22"/>
        </w:rPr>
        <w:t>原始材料与官方法源核验 · 2026年8月14日</w:t>
      </w:r>
    </w:p>
    <w:p>
      <w:r>
        <w:br w:type="page"/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处理对象：新版代理意见_长沙城市更新政策综合重构版_V1 修订结果：新版代理意见_长沙城市更新政策综合重构版_V2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280"/>
        <w:gridCol w:w="1280"/>
        <w:gridCol w:w="1280"/>
        <w:gridCol w:w="1280"/>
        <w:gridCol w:w="1280"/>
        <w:gridCol w:w="1280"/>
        <w:gridCol w:w="1280"/>
      </w:tblGrid>
      <w:tr>
        <w:trPr>
          <w:tblHeader/>
        </w:trPr>
        <w:tc>
          <w:tcPr>
            <w:tcW w:type="dxa" w:w="1280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编号</w:t>
            </w:r>
          </w:p>
        </w:tc>
        <w:tc>
          <w:tcPr>
            <w:tcW w:type="dxa" w:w="1280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审查意见</w:t>
            </w:r>
          </w:p>
        </w:tc>
        <w:tc>
          <w:tcPr>
            <w:tcW w:type="dxa" w:w="1280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Reviewer</w:t>
            </w:r>
          </w:p>
        </w:tc>
        <w:tc>
          <w:tcPr>
            <w:tcW w:type="dxa" w:w="1280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处理</w:t>
            </w:r>
          </w:p>
        </w:tc>
        <w:tc>
          <w:tcPr>
            <w:tcW w:type="dxa" w:w="1280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V2修改位置</w:t>
            </w:r>
          </w:p>
        </w:tc>
        <w:tc>
          <w:tcPr>
            <w:tcW w:type="dxa" w:w="1280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修改内容</w:t>
            </w:r>
          </w:p>
        </w:tc>
        <w:tc>
          <w:tcPr>
            <w:tcW w:type="dxa" w:w="1280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19"/>
              </w:rPr>
              <w:t>理由</w:t>
            </w:r>
          </w:p>
        </w:tc>
      </w:tr>
      <w:tr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1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物权请求权不能统一套用“过错”构成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 Language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第一节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将物权请求权与侵权责任分别表述；仅在侵权责任中审查过错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概念必须分开</w:t>
            </w:r>
          </w:p>
        </w:tc>
      </w:tr>
      <w:tr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2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标题“持续性”先行认定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 Language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第一节标题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改为审查被诉行为、现存妨害和具体毁损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持续状态需证据证明</w:t>
            </w:r>
          </w:p>
        </w:tc>
      </w:tr>
      <w:tr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3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“未经同意、授权或者法定程序”逻辑歧义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 Language、Final Reviewer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接受并在V3再次校正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第二、十五、十七节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改为三个独立审查分支：“缺乏权限来源、超出权限对象或范围，或者虽有权限但未履行必要程序”，并保留合法治理及紧急避险例外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避免将权源、范围和程序误写为须同时欠缺才构成违法</w:t>
            </w:r>
          </w:p>
        </w:tc>
      </w:tr>
      <w:tr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4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“委托人的适格性”混用诉讼术语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 Language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第五节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改为“委托主体具有相应委托权限”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主体适格专用于诉讼当事人判断</w:t>
            </w:r>
          </w:p>
        </w:tc>
      </w:tr>
      <w:tr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5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转委托与其他授权传递不能混同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 Language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第五节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分别按代理、鉴定委托、承揽、劳动、项目管理或行政协助识别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法律关系不同</w:t>
            </w:r>
          </w:p>
        </w:tc>
      </w:tr>
      <w:tr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6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“证据闭环”“项目材料”“重构”等底稿语言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 Language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第四、九、十五节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改为“相互印证的证明体系”“案涉材料”“明确处理意见”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提升法院文书专业度</w:t>
            </w:r>
          </w:p>
        </w:tc>
      </w:tr>
      <w:tr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7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法源说明放在签章后不合规范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 Language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V2全文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删除签章后的研究性法源说明，法源分类移至独立专题报告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正式文书应在签章结束</w:t>
            </w:r>
          </w:p>
        </w:tc>
      </w:tr>
      <w:tr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8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真实旧证、能够证明等可能先行认证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 Language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第二节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改为“原告提交的旧版权证可以共同用于证明”，并补登记材料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真实性和证明力由法院认证</w:t>
            </w:r>
          </w:p>
        </w:tc>
      </w:tr>
      <w:tr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9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科棚主体适格应建立在诉争主张而非待核线索上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Legal、Judge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第三节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明确程序关联；不能证明行为则实体请求不成立，而非当然主体不适格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解决主体适格与实体责任混同</w:t>
            </w:r>
          </w:p>
        </w:tc>
      </w:tr>
      <w:tr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10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原告自身是房屋安全使用责任人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Legal、Defense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第二、十一节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正面引用地方条例第9、10、20、21、25、30条；说明不转移给科棚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不回避重要不利法源</w:t>
            </w:r>
          </w:p>
        </w:tc>
      </w:tr>
      <w:tr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11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原告必须先证明科棚参与，之后才审权限抗辩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Legal、Judge、Defense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第四节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增加两阶段举证顺序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防止倒置举证责任</w:t>
            </w:r>
          </w:p>
        </w:tc>
      </w:tr>
      <w:tr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12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民事代理条款不当然适用鉴定、施工权限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第五节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按代理、承揽、劳动、项目、行政协助分别识别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避免法律关系错位</w:t>
            </w:r>
          </w:p>
        </w:tc>
      </w:tr>
      <w:tr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13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应加入独立承揽人责任第1193条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Legal、Judge、Defense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第六节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区分工作人员、独立承揽人、共同侵权、单纯联络在场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决定科棚是否承担技术操作后果</w:t>
            </w:r>
          </w:p>
        </w:tc>
      </w:tr>
      <w:tr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14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2025交易授权不能证明实际参与，更不能跨期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Legal、Defense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第四节第3项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限定为授权文件照片及待核履行；明确不覆盖2026年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严守证据范围</w:t>
            </w:r>
          </w:p>
        </w:tc>
      </w:tr>
      <w:tr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15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生效裁判对原告既有利也不利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Legal、Defense、Judge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第七、十节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明确不否定2023加固依据；不把2022C状态当当前状态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尊重生效裁判证明效力</w:t>
            </w:r>
          </w:p>
        </w:tc>
      </w:tr>
      <w:tr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16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现状下没有一项针对科棚请求已达充分证明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Judge、Defense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第四、九、十五、十八节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对各项写明当前缺口；最终请求补证后依法明确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不能靠文字修改替代证据</w:t>
            </w:r>
          </w:p>
        </w:tc>
      </w:tr>
      <w:tr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17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现行前三项禁令过宽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Legal、Defense、Judge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第十五节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限于东301及无合法权源的具体侵入；删除共有部位一般禁令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共有部位非原告排他控制，且可能存在合法治理</w:t>
            </w:r>
          </w:p>
        </w:tc>
      </w:tr>
      <w:tr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18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围挡可能是法定安全防护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Legal、Defense、Judge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第九节第4项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改为审查主体、风险、比例、期限及替代通道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不把“拆除全部围挡”当当然结果</w:t>
            </w:r>
          </w:p>
        </w:tc>
      </w:tr>
      <w:tr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19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“符合所有现行强制标准”可能超过因果范围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Legal、Defense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第十、十五节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局部修复以具体点位、合理方案和无不利影响为准；整体安全暂不直接请求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避免过度恢复和执行困难</w:t>
            </w:r>
          </w:p>
        </w:tc>
      </w:tr>
      <w:tr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20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B/C时间线不是“先B后C”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四Reviewer一致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第十节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精确写2022整栋安全性Csu级→加固→2023主体结构B级；不使用斜线混写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防止技术体系混淆</w:t>
            </w:r>
          </w:p>
        </w:tc>
      </w:tr>
      <w:tr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21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完整2023报告缺失，不得直接以B级或未经核实的Bsu级验收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Legal、Defense、Judge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第十、十五节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判决不采用；调解仅在专业确认可比时作为辅助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缺对象、范围、标准</w:t>
            </w:r>
          </w:p>
        </w:tc>
      </w:tr>
      <w:tr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22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城市更新方案5月1日施行，不溯及4月行为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Defense、Legal、Judge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第十二节首段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明确只用于后续治理、调查、调解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时际效力必须准确</w:t>
            </w:r>
          </w:p>
        </w:tc>
      </w:tr>
      <w:tr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23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城市更新政策不能创设科棚直接义务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四Reviewer一致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第一、十二、十三、十七、十八节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持续声明政策不证明行为、不转移职责、不产生原拆原建或收购请求权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本任务红线</w:t>
            </w:r>
          </w:p>
        </w:tc>
      </w:tr>
      <w:tr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24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“一房一策”与“一屋一策”不得混同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Legal、Defense、Judge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第十三节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分开说明2023危房交办与2026历史保护政策，并要求核实适用对象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术语、主体和程序不同</w:t>
            </w:r>
          </w:p>
        </w:tc>
      </w:tr>
      <w:tr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25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未证明12号纳入项目库或采购范围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Legal、Defense、Judge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第十三节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明确公开采购无门牌清单，不作纳入认定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禁止以采购总面积推定</w:t>
            </w:r>
          </w:p>
        </w:tc>
      </w:tr>
      <w:tr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26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“国企投资、民企运营、街道管理”只是模式新闻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Defense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正式代理意见不作主体认定；专题报告列C类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具体合同才决定角色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</w:p>
        </w:tc>
      </w:tr>
      <w:tr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27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垃圾清运无原始证据，不能作为正文支柱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Legal、Defense、Judge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第八节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压缩为条件式一节，明确准确法人、时点和材料尚待核实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用户要求专题分析，但必须控制证明强度</w:t>
            </w:r>
          </w:p>
        </w:tc>
      </w:tr>
      <w:tr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28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清垃圾不等于法定管理、自认或其他责任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四Reviewer一致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第八节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分别限定实际介入、协调能力、法定管理和其他责任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防止组合证据过度推论</w:t>
            </w:r>
          </w:p>
        </w:tc>
      </w:tr>
      <w:tr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29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“城投”法人混乱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Legal、Defense、Judge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第四、八节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统一使用“原告所称‘城投’主体”，准确法人待查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不混同开福棚改投、开福城投集团、北城资产</w:t>
            </w:r>
          </w:p>
        </w:tc>
      </w:tr>
      <w:tr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30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建筑废料、排水、围挡目前不可判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Legal、Defense、Judge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第九、十五节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明确各自缺口并设补证后条件，不请求当前直接判科棚整栋恢复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实体证明不足</w:t>
            </w:r>
          </w:p>
        </w:tc>
      </w:tr>
      <w:tr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31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开福棚改投共同被告与第三人必须作选择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Legal、Judge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第十四节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狭义直接侵害可第三人/调查；广泛恢复原则上追加共同被告并分列请求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第三人不能替代给付请求攻防</w:t>
            </w:r>
          </w:p>
        </w:tc>
      </w:tr>
      <w:tr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32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共有部分须三分法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Legal、Judge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第十四节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分专有部分、个别共有权保护、重大共有事项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兼顾司法解释第14条与民诉解释第72条</w:t>
            </w:r>
          </w:p>
        </w:tc>
      </w:tr>
      <w:tr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33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代理意见不能替代正式变更诉请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Defense、Judge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第十五节末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明确另行提交变更、明确请求申请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遵守处分原则和审判范围</w:t>
            </w:r>
          </w:p>
        </w:tc>
      </w:tr>
      <w:tr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34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书证提出命令与法院调查应分开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Legal、Judge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第十六节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科棚控制书证用提出命令；公安、第三方和政府材料用调查取证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程序对象不同</w:t>
            </w:r>
          </w:p>
        </w:tc>
      </w:tr>
      <w:tr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35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不宜立即做整栋重复安全鉴定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Judge、Defense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第十六节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先查主体、点位和现状；只对必要专业问题鉴定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防止鉴定替代主体归责</w:t>
            </w:r>
          </w:p>
        </w:tc>
      </w:tr>
      <w:tr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36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被告主张原告拒绝合理检查、可能扩大损失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Defense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部分接受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第二、十一节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承认原告配合合法必要检查和治理义务；不接受未经权源侵入专有部分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合法检查与超范围操作需分开</w:t>
            </w:r>
          </w:p>
        </w:tc>
      </w:tr>
      <w:tr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37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产权人义务意味着科棚无任何治理问题可答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Defense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不接受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第二、十一节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保留各产权人、管理改造主体及具体行为人分别担责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产权人责任不排除他人自身责任</w:t>
            </w:r>
          </w:p>
        </w:tc>
      </w:tr>
      <w:tr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38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开福棚改投职责足以排除科棚主体适格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Defense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不接受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第三、七节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两主体责任基础分别审查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科棚被指控直接行为时程序关联仍在</w:t>
            </w:r>
          </w:p>
        </w:tc>
      </w:tr>
      <w:tr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39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协调清运只能理解为善意，不能询问权限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Defense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部分接受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第八节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不作责任自认；如经证实仍可用于询问协调依据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善意是可能解释，不是唯一事实结论</w:t>
            </w:r>
          </w:p>
        </w:tc>
      </w:tr>
      <w:tr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40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所有政策内容都应从代理意见删除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Defense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不接受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第十二、十三节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保留为后续治理、调查和调解背景，明确不溯及、不作请求权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用户任务和案件治理确有相关性</w:t>
            </w:r>
          </w:p>
        </w:tc>
      </w:tr>
      <w:tr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41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今天必须判应全部驳回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Judge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作为风险结论接受，不写入原告正式结论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评分报告、补证清单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属当前证据风险判断，不是原告应自我请求驳回的代理立场</w:t>
            </w:r>
          </w:p>
        </w:tc>
        <w:tc>
          <w:tcPr>
            <w:tcW w:type="dxa" w:w="1280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</w:p>
        </w:tc>
      </w:tr>
      <w:tr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42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调解应“两阶段：基础恢复＋专业治理”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Judge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接受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第十七节及独立调解方案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同时具备即时可执行义务和长期治理节点</w:t>
            </w:r>
          </w:p>
        </w:tc>
        <w:tc>
          <w:tcPr>
            <w:tcW w:type="dxa" w:w="1280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19"/>
              </w:rPr>
              <w:t>符合实质化解和执行需要</w:t>
            </w:r>
          </w:p>
        </w:tc>
      </w:tr>
    </w:tbl>
    <w:p>
      <w:pPr>
        <w:spacing w:after="20"/>
      </w:pPr>
    </w:p>
    <w:p>
      <w:pPr>
        <w:pStyle w:val="Heading1"/>
      </w:pPr>
      <w:r>
        <w:t>未能通过文字修订消除的事项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缺少把科棚人员与入户、钻孔直接连接的原始证据；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缺完整公安接处警材料和原始音视频；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诉后垃圾清运缺完整电子数据、派工、费用和实施法人说明；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孔洞照片缺地点、时间、前状态和实施人证明；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建筑废料、排水和围挡均缺现状、控制主体及因果证据；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缺2023年湖南湘力完整报告及任何2026年新安全报告；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缺东301、303及旧门牌同一性和整栋最新权利人登记；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缺楠木厅12号现行项目入库、“一房/一屋一策”和治理责任主体文件。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这些缺口将直接压低最终评分中的因果关系、证据完整度和当前裁判准备度。不得通过提高文字评分掩盖。</w:t>
      </w:r>
    </w:p>
    <w:sectPr w:rsidR="00FC693F" w:rsidRPr="0006063C" w:rsidSect="00034616">
      <w:footerReference w:type="default" r:id="rId9"/>
      <w:pgSz w:w="11906" w:h="16838"/>
      <w:pgMar w:top="1474" w:right="1417" w:bottom="1361" w:left="1531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宋体" w:hAnsi="宋体" w:eastAsia="宋体"/>
        <w:color w:val="5F6B78"/>
        <w:sz w:val="17"/>
      </w:rPr>
      <w:t xml:space="preserve">楠木厅12号案 · 2026年8月核验版  |  </w:t>
    </w:r>
    <w:r>
      <w:rPr>
        <w:rFonts w:ascii="宋体" w:hAnsi="宋体" w:eastAsia="宋体"/>
        <w:color w:val="5F6B78"/>
        <w:sz w:val="18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60" w:lineRule="auto" w:after="100"/>
    </w:pPr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120"/>
      <w:outlineLvl w:val="3"/>
    </w:pPr>
    <w:rPr>
      <w:rFonts w:asciiTheme="majorHAnsi" w:eastAsiaTheme="majorEastAsia" w:hAnsiTheme="majorHAnsi" w:cstheme="majorBidi" w:ascii="黑体" w:hAnsi="黑体" w:eastAsia="黑体"/>
      <w:b/>
      <w:bCs/>
      <w:i/>
      <w:iCs/>
      <w:color w:val="17365D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审查意见处理表</dc:title>
  <dc:subject>楠木厅12号排除妨害纠纷专题材料</dc:subject>
  <dc:creator>案件代理工作组</dc:creator>
  <cp:keywords>排除妨害; 城市更新; 潮宗街; 房屋安全; 调解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